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2"/>
        </w:rPr>
        <w:t>AMOS KARAMIRA</w:t>
        <w:br/>
        <w:t>CURRICULUM VITAE</w:t>
      </w:r>
    </w:p>
    <w:p>
      <w:r>
        <w:t>Kigali, Rwanda</w:t>
      </w:r>
    </w:p>
    <w:p>
      <w:r>
        <w:t>Phone: +250 782 415 367</w:t>
      </w:r>
    </w:p>
    <w:p>
      <w:r>
        <w:t>Email: amoskaramira3@gmail.com</w:t>
      </w:r>
    </w:p>
    <w:p>
      <w:pPr>
        <w:pStyle w:val="Heading1"/>
      </w:pPr>
      <w:r>
        <w:t>Professional Profile</w:t>
      </w:r>
    </w:p>
    <w:p>
      <w:r>
        <w:t>Experienced Automotive and Electric Vehicle (EV) Professional currently pursuing a Bachelor's Degree in Mechanical Engineering. Experienced in vehicle diagnostics, repair, maintenance, workshop management, and after-sales service. Skilled in EV and hybrid vehicle systems, workshop operations, team leadership, and customer service.</w:t>
      </w:r>
    </w:p>
    <w:p>
      <w:pPr>
        <w:pStyle w:val="Heading1"/>
      </w:pPr>
      <w:r>
        <w:t>Education</w:t>
      </w:r>
    </w:p>
    <w:p>
      <w:r>
        <w:t>Bachelor's Degree in Mechanical Engineering (Currently Pursuing)</w:t>
      </w:r>
    </w:p>
    <w:p>
      <w:r>
        <w:t>Advanced Diploma in Mechanical Engineering (Automobile Technology) - IPRC Kigali</w:t>
      </w:r>
    </w:p>
    <w:p>
      <w:r>
        <w:t>High School Diploma in Auto-Electrical and Electronic Systems - ETEKA</w:t>
      </w:r>
    </w:p>
    <w:p>
      <w:pPr>
        <w:pStyle w:val="Heading1"/>
      </w:pPr>
      <w:r>
        <w:t>Professional Experience</w:t>
      </w:r>
    </w:p>
    <w:p>
      <w:r>
        <w:t>Chief of Garage – Auto Car Service (Present)</w:t>
      </w:r>
    </w:p>
    <w:p>
      <w:r>
        <w:t>• Manage workshop operations and technical staff.</w:t>
        <w:br/>
        <w:t>• Oversee EV, hybrid, and conventional vehicle repairs.</w:t>
        <w:br/>
        <w:t>• Ensure quality control and customer satisfaction.</w:t>
      </w:r>
    </w:p>
    <w:p>
      <w:r>
        <w:t>Workshop Manager – DG Motors</w:t>
      </w:r>
    </w:p>
    <w:p>
      <w:r>
        <w:t>• Managed workshop operations and technicians.</w:t>
        <w:br/>
        <w:t>• Oversaw EV and hybrid vehicle diagnosis and repair.</w:t>
        <w:br/>
        <w:t>• Coordinated after-sales service activities.</w:t>
      </w:r>
    </w:p>
    <w:p>
      <w:r>
        <w:t>Auto Mechanic – New Oriental Garage</w:t>
      </w:r>
    </w:p>
    <w:p>
      <w:r>
        <w:t>• Vehicle diagnostics, engine overhauling, suspension and transmission repairs.</w:t>
        <w:br/>
        <w:t>• Wheel alignment and maintenance services.</w:t>
      </w:r>
    </w:p>
    <w:p>
      <w:r>
        <w:t>Auto Mechanic – ATECAR Garage</w:t>
      </w:r>
    </w:p>
    <w:p>
      <w:r>
        <w:t>• Vehicle inspection, diagnosis, repair, and maintenance.</w:t>
        <w:br/>
        <w:t>• Engine, transmission, and electrical system repairs.</w:t>
      </w:r>
    </w:p>
    <w:p>
      <w:pPr>
        <w:pStyle w:val="Heading1"/>
      </w:pPr>
      <w:r>
        <w:t>Technical Skills</w:t>
      </w:r>
    </w:p>
    <w:p>
      <w:r>
        <w:t>EV Diagnostics, Hybrid Vehicle Maintenance, High-Voltage Battery Systems, BMS, VCU, Engine Overhauling, Transmission Repair, Suspension Repair, Workshop Management, Team Leadership, Microsoft Word, Microsoft Excel.</w:t>
      </w:r>
    </w:p>
    <w:p>
      <w:pPr>
        <w:pStyle w:val="Heading1"/>
      </w:pPr>
      <w:r>
        <w:t>Languages</w:t>
      </w:r>
    </w:p>
    <w:p>
      <w:r>
        <w:t>English</w:t>
      </w:r>
    </w:p>
    <w:p>
      <w:r>
        <w:t>Kinyarwanda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